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AAF2F" w14:textId="77777777" w:rsidR="00C93FE0" w:rsidRDefault="00000000">
      <w:pPr>
        <w:spacing w:after="200"/>
        <w:jc w:val="right"/>
        <w:rPr>
          <w:b/>
          <w:lang w:val="pl-PL"/>
        </w:rPr>
      </w:pPr>
      <w:r w:rsidRPr="00DE69E3">
        <w:rPr>
          <w:b/>
          <w:lang w:val="pl-PL"/>
        </w:rPr>
        <w:t>Załącznik nr 2 do zapytania ofertowego</w:t>
      </w:r>
    </w:p>
    <w:p w14:paraId="31A5BCBA" w14:textId="77777777" w:rsidR="00DE69E3" w:rsidRPr="00DE69E3" w:rsidRDefault="00DE69E3">
      <w:pPr>
        <w:spacing w:after="200"/>
        <w:jc w:val="right"/>
        <w:rPr>
          <w:lang w:val="pl-PL"/>
        </w:rPr>
      </w:pPr>
    </w:p>
    <w:p w14:paraId="176F6DCD" w14:textId="77777777" w:rsidR="00C93FE0" w:rsidRPr="00DE69E3" w:rsidRDefault="00000000">
      <w:pPr>
        <w:spacing w:after="280"/>
        <w:jc w:val="center"/>
        <w:rPr>
          <w:lang w:val="pl-PL"/>
        </w:rPr>
      </w:pPr>
      <w:r w:rsidRPr="00DE69E3">
        <w:rPr>
          <w:b/>
          <w:sz w:val="28"/>
          <w:lang w:val="pl-PL"/>
        </w:rPr>
        <w:t>OŚWIADCZENIE O POSIADANIU STATUSU PODMIOTU EKONOMII SPOŁECZNEJ</w:t>
      </w:r>
    </w:p>
    <w:p w14:paraId="28D40F24" w14:textId="77777777" w:rsidR="00C93FE0" w:rsidRPr="00DE69E3" w:rsidRDefault="00000000" w:rsidP="00DE69E3">
      <w:pPr>
        <w:jc w:val="both"/>
        <w:rPr>
          <w:lang w:val="pl-PL"/>
        </w:rPr>
      </w:pPr>
      <w:r w:rsidRPr="00DE69E3">
        <w:rPr>
          <w:lang w:val="pl-PL"/>
        </w:rPr>
        <w:t>Nazwa postępowania: „Świadczenie usług społecznych w zakresie poradnictwa psychologicznego dla rodzin, w tym dzieci i młodzieży, na rzecz mieszkańców Gminy Zławieś Wielka”</w:t>
      </w:r>
    </w:p>
    <w:p w14:paraId="6A559E5C" w14:textId="77777777" w:rsidR="00C93FE0" w:rsidRPr="00DE69E3" w:rsidRDefault="00000000" w:rsidP="00DE69E3">
      <w:pPr>
        <w:spacing w:after="200"/>
        <w:jc w:val="both"/>
        <w:rPr>
          <w:lang w:val="pl-PL"/>
        </w:rPr>
      </w:pPr>
      <w:r w:rsidRPr="00DE69E3">
        <w:rPr>
          <w:lang w:val="pl-PL"/>
        </w:rPr>
        <w:t>Zamawiający: Gmina Zławieś Wielka, ul. Handlowa 7, 87-134 Zławieś Wielka</w:t>
      </w:r>
    </w:p>
    <w:p w14:paraId="71A917CB" w14:textId="77777777" w:rsidR="00C93FE0" w:rsidRPr="00DE69E3" w:rsidRDefault="00000000">
      <w:pPr>
        <w:spacing w:after="80"/>
        <w:rPr>
          <w:lang w:val="pl-PL"/>
        </w:rPr>
      </w:pPr>
      <w:r w:rsidRPr="00DE69E3">
        <w:rPr>
          <w:b/>
          <w:lang w:val="pl-PL"/>
        </w:rPr>
        <w:t>DANE WYKONAWCY:</w:t>
      </w:r>
    </w:p>
    <w:p w14:paraId="7F02C7EB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Nazwa Wykonawcy: ................................................................................................................</w:t>
      </w:r>
    </w:p>
    <w:p w14:paraId="28BC8845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Adres siedziby: .......................................................................................................................</w:t>
      </w:r>
    </w:p>
    <w:p w14:paraId="63C48952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NIP: ........................................................................................................................................</w:t>
      </w:r>
    </w:p>
    <w:p w14:paraId="05D4E8DB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REGON: ...................................................................................................................................</w:t>
      </w:r>
    </w:p>
    <w:p w14:paraId="53F5D9C5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E-mail: ....................................................................................................................................</w:t>
      </w:r>
    </w:p>
    <w:p w14:paraId="19B04DF5" w14:textId="77777777" w:rsidR="00C93FE0" w:rsidRPr="00DE69E3" w:rsidRDefault="00000000">
      <w:pPr>
        <w:spacing w:after="40"/>
        <w:rPr>
          <w:lang w:val="pl-PL"/>
        </w:rPr>
      </w:pPr>
      <w:r w:rsidRPr="00DE69E3">
        <w:rPr>
          <w:lang w:val="pl-PL"/>
        </w:rPr>
        <w:t>Telefon: ..................................................................................................................................</w:t>
      </w:r>
    </w:p>
    <w:p w14:paraId="1BAB7F5B" w14:textId="77777777" w:rsidR="00C93FE0" w:rsidRDefault="00000000">
      <w:pPr>
        <w:spacing w:after="40"/>
        <w:rPr>
          <w:lang w:val="pl-PL"/>
        </w:rPr>
      </w:pPr>
      <w:r w:rsidRPr="00DE69E3">
        <w:rPr>
          <w:lang w:val="pl-PL"/>
        </w:rPr>
        <w:t>Osoba uprawniona do reprezentowania Wykonawcy: .................................................................</w:t>
      </w:r>
    </w:p>
    <w:p w14:paraId="5B9B512E" w14:textId="77777777" w:rsidR="00DE69E3" w:rsidRDefault="00DE69E3">
      <w:pPr>
        <w:spacing w:after="40"/>
        <w:rPr>
          <w:lang w:val="pl-PL"/>
        </w:rPr>
      </w:pPr>
    </w:p>
    <w:p w14:paraId="67192831" w14:textId="77777777" w:rsidR="00DE69E3" w:rsidRDefault="00DE69E3">
      <w:pPr>
        <w:spacing w:after="40"/>
        <w:rPr>
          <w:lang w:val="pl-PL"/>
        </w:rPr>
      </w:pPr>
    </w:p>
    <w:p w14:paraId="53679C6E" w14:textId="77777777" w:rsidR="00DE69E3" w:rsidRPr="00DE69E3" w:rsidRDefault="00DE69E3">
      <w:pPr>
        <w:spacing w:after="40"/>
        <w:rPr>
          <w:lang w:val="pl-PL"/>
        </w:rPr>
      </w:pPr>
    </w:p>
    <w:p w14:paraId="1D418740" w14:textId="77777777" w:rsidR="00C93FE0" w:rsidRPr="00DE69E3" w:rsidRDefault="00C93FE0">
      <w:pPr>
        <w:spacing w:after="80"/>
        <w:rPr>
          <w:lang w:val="pl-PL"/>
        </w:rPr>
      </w:pPr>
    </w:p>
    <w:p w14:paraId="75EE56C6" w14:textId="77777777" w:rsidR="00C93FE0" w:rsidRPr="00DE69E3" w:rsidRDefault="00000000">
      <w:pPr>
        <w:spacing w:after="40"/>
        <w:jc w:val="center"/>
        <w:rPr>
          <w:lang w:val="pl-PL"/>
        </w:rPr>
      </w:pPr>
      <w:r w:rsidRPr="00DE69E3">
        <w:rPr>
          <w:b/>
          <w:sz w:val="24"/>
          <w:lang w:val="pl-PL"/>
        </w:rPr>
        <w:t>OŚWIADCZENIE</w:t>
      </w:r>
    </w:p>
    <w:p w14:paraId="5383D06E" w14:textId="77777777" w:rsidR="00C93FE0" w:rsidRPr="00DE69E3" w:rsidRDefault="00000000">
      <w:pPr>
        <w:spacing w:after="200"/>
        <w:jc w:val="center"/>
        <w:rPr>
          <w:lang w:val="pl-PL"/>
        </w:rPr>
      </w:pPr>
      <w:r w:rsidRPr="00DE69E3">
        <w:rPr>
          <w:b/>
          <w:lang w:val="pl-PL"/>
        </w:rPr>
        <w:t>o posiadaniu statusu Podmiotu Ekonomii Społecznej</w:t>
      </w:r>
    </w:p>
    <w:p w14:paraId="02DFF863" w14:textId="77777777" w:rsidR="00C93FE0" w:rsidRPr="00DE69E3" w:rsidRDefault="00000000">
      <w:pPr>
        <w:spacing w:after="160"/>
        <w:rPr>
          <w:lang w:val="pl-PL"/>
        </w:rPr>
      </w:pPr>
      <w:r w:rsidRPr="00DE69E3">
        <w:rPr>
          <w:lang w:val="pl-PL"/>
        </w:rPr>
        <w:t>Ja/My, niżej podpisany/-a/-i, działając w imieniu Wykonawcy, oświadczam/-y, że Wykonawca jest Podmiotem Ekonomii Społecznej (PES).</w:t>
      </w:r>
    </w:p>
    <w:p w14:paraId="65489B12" w14:textId="77777777" w:rsidR="00C93FE0" w:rsidRPr="00DE69E3" w:rsidRDefault="00000000">
      <w:pPr>
        <w:spacing w:after="160"/>
        <w:rPr>
          <w:lang w:val="pl-PL"/>
        </w:rPr>
      </w:pPr>
      <w:r w:rsidRPr="00DE69E3">
        <w:rPr>
          <w:lang w:val="pl-PL"/>
        </w:rPr>
        <w:t>Numer i nazwa właściwego rejestru: ............................................................................................</w:t>
      </w:r>
    </w:p>
    <w:p w14:paraId="2D71E8B8" w14:textId="77777777" w:rsidR="00C93FE0" w:rsidRPr="00DE69E3" w:rsidRDefault="00000000">
      <w:pPr>
        <w:spacing w:after="80"/>
        <w:rPr>
          <w:lang w:val="pl-PL"/>
        </w:rPr>
      </w:pPr>
      <w:r w:rsidRPr="00DE69E3">
        <w:rPr>
          <w:b/>
          <w:lang w:val="pl-PL"/>
        </w:rPr>
        <w:t>Status Wykonawcy to:</w:t>
      </w:r>
    </w:p>
    <w:p w14:paraId="05F9A9E6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spółdzielnia socjalna;</w:t>
      </w:r>
    </w:p>
    <w:p w14:paraId="55F781DE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warsztat terapii zajęciowej i zakład aktywności zawodowej;</w:t>
      </w:r>
    </w:p>
    <w:p w14:paraId="133E0D06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centrum integracji społecznej i klub integracji społecznej;</w:t>
      </w:r>
    </w:p>
    <w:p w14:paraId="4E865DD2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spółdzielnia pracy, w tym spółdzielnia inwalidów i spółdzielnia niewidomych, oraz spółdzielnia produkcji rolnej;</w:t>
      </w:r>
    </w:p>
    <w:p w14:paraId="13CA1570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t>• organizacja pozarządowa, o której mowa w art. 3 ust. 2 ustawy z dnia 24 kwietnia 2003 r. o działalności pożytku publicznego i o wolontariacie (</w:t>
      </w:r>
      <w:proofErr w:type="spellStart"/>
      <w:r w:rsidRPr="00DE69E3">
        <w:rPr>
          <w:lang w:val="pl-PL"/>
        </w:rPr>
        <w:t>t.j</w:t>
      </w:r>
      <w:proofErr w:type="spellEnd"/>
      <w:r w:rsidRPr="00DE69E3">
        <w:rPr>
          <w:lang w:val="pl-PL"/>
        </w:rPr>
        <w:t>. Dz. U. z 2025 r. poz. 1338), z wyjątkiem partii politycznych, europejskich partii politycznych, związków zawodowych i organizacji pracodawców, samorządów zawodowych, fundacji utworzonych przez partie polityczne i europejskich fundacji politycznych;</w:t>
      </w:r>
    </w:p>
    <w:p w14:paraId="4AA51C7D" w14:textId="77777777" w:rsidR="00C93FE0" w:rsidRPr="00DE69E3" w:rsidRDefault="00000000">
      <w:pPr>
        <w:spacing w:after="60"/>
        <w:ind w:left="340" w:hanging="340"/>
        <w:rPr>
          <w:lang w:val="pl-PL"/>
        </w:rPr>
      </w:pPr>
      <w:r w:rsidRPr="00DE69E3">
        <w:rPr>
          <w:lang w:val="pl-PL"/>
        </w:rPr>
        <w:lastRenderedPageBreak/>
        <w:t>• podmiot, o którym mowa w art. 3 ust. 3 pkt 1, 2 lub 4 ustawy z dnia 24 kwietnia 2003 r. o działalności pożytku publicznego i o wolontariacie.</w:t>
      </w:r>
    </w:p>
    <w:p w14:paraId="3B42C718" w14:textId="77777777" w:rsidR="00C93FE0" w:rsidRPr="00DE69E3" w:rsidRDefault="00C93FE0">
      <w:pPr>
        <w:spacing w:after="400"/>
        <w:rPr>
          <w:lang w:val="pl-PL"/>
        </w:rPr>
      </w:pPr>
    </w:p>
    <w:p w14:paraId="0BDCBBD7" w14:textId="77777777" w:rsidR="00C93FE0" w:rsidRPr="00DE69E3" w:rsidRDefault="00000000">
      <w:pPr>
        <w:spacing w:after="280"/>
        <w:rPr>
          <w:lang w:val="pl-PL"/>
        </w:rPr>
      </w:pPr>
      <w:r w:rsidRPr="00DE69E3">
        <w:rPr>
          <w:lang w:val="pl-PL"/>
        </w:rPr>
        <w:t>Miejscowość: ....................................................    Data: ....................................................</w:t>
      </w:r>
    </w:p>
    <w:p w14:paraId="2E1ECB99" w14:textId="77777777" w:rsidR="00C93FE0" w:rsidRPr="00DE69E3" w:rsidRDefault="00000000">
      <w:pPr>
        <w:spacing w:after="80"/>
        <w:rPr>
          <w:lang w:val="pl-PL"/>
        </w:rPr>
      </w:pPr>
      <w:r w:rsidRPr="00DE69E3">
        <w:rPr>
          <w:lang w:val="pl-PL"/>
        </w:rPr>
        <w:t>Podpis osoby/osób uprawnionych do reprezentowania Wykonawcy:</w:t>
      </w:r>
    </w:p>
    <w:p w14:paraId="6E7571AA" w14:textId="77777777" w:rsidR="00C93FE0" w:rsidRDefault="00000000">
      <w:pPr>
        <w:spacing w:after="40"/>
      </w:pPr>
      <w:r>
        <w:t>........................................................................................................................</w:t>
      </w:r>
    </w:p>
    <w:p w14:paraId="2A9672BB" w14:textId="77777777" w:rsidR="00C93FE0" w:rsidRDefault="00000000">
      <w:pPr>
        <w:spacing w:after="0"/>
      </w:pPr>
      <w:r>
        <w:t>........................................................................................................................</w:t>
      </w:r>
    </w:p>
    <w:sectPr w:rsidR="00C93FE0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64910946">
    <w:abstractNumId w:val="8"/>
  </w:num>
  <w:num w:numId="2" w16cid:durableId="370568794">
    <w:abstractNumId w:val="6"/>
  </w:num>
  <w:num w:numId="3" w16cid:durableId="751463227">
    <w:abstractNumId w:val="5"/>
  </w:num>
  <w:num w:numId="4" w16cid:durableId="994988052">
    <w:abstractNumId w:val="4"/>
  </w:num>
  <w:num w:numId="5" w16cid:durableId="2054423770">
    <w:abstractNumId w:val="7"/>
  </w:num>
  <w:num w:numId="6" w16cid:durableId="484442385">
    <w:abstractNumId w:val="3"/>
  </w:num>
  <w:num w:numId="7" w16cid:durableId="1704404541">
    <w:abstractNumId w:val="2"/>
  </w:num>
  <w:num w:numId="8" w16cid:durableId="10036246">
    <w:abstractNumId w:val="1"/>
  </w:num>
  <w:num w:numId="9" w16cid:durableId="658267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93FE0"/>
    <w:rsid w:val="00CB0664"/>
    <w:rsid w:val="00DE69E3"/>
    <w:rsid w:val="00EB56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856F37"/>
  <w14:defaultImageDpi w14:val="300"/>
  <w15:docId w15:val="{D21B7EBA-2BA1-4008-850F-817C9218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2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Marzena Kuzera</cp:lastModifiedBy>
  <cp:revision>3</cp:revision>
  <dcterms:created xsi:type="dcterms:W3CDTF">2013-12-23T23:15:00Z</dcterms:created>
  <dcterms:modified xsi:type="dcterms:W3CDTF">2026-11-03T11:39:00Z</dcterms:modified>
  <cp:category/>
</cp:coreProperties>
</file>